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Sur l' existence de solutions non triviales d' un système d' équations aux dérivées partielles non linéaires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Lakehal; Hakim/ Khodja, Brahim/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69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Bibliogr._Résumé en francais englais arab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Docteur 3eme cycle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degré topologique/ théorème du point fixe de schauder/ problèmes aux limites utiles d'analyse fonctionnelle/ </w:t>
            </w:r>
          </w:p>
        </w:tc>
      </w:tr>
    </w:tbl>
    <w:p>
      <w:pPr>
        <w:pStyle w:val="Heading3"/>
      </w:pPr>
      <w:r>
        <w:t>Résumé :</w:t>
      </w:r>
    </w:p>
    <w:p>
      <w:r>
        <w:t>Nous abordons  dans cette thèse deux types de problèmes: une équation de convection-diffusion non linéaire avec des conditions de Neumann au bord et un système elliptique semi linéaire d'équations aux dérivées partielles soumis à des conditions de Dirichlet. Ces résultats sont obtenus grâce au théorème du degré topologique de Leray-Schauder et quelques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