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l'existence de solutions et de l'inégalité de Lewy-Stampacchia pour des problèmes paraboliques non linéaires avec obstacle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Nabila/ Universite Badji Mokhter/ Mokrane, Abdelhafid/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Inequation variationnelle paraboliques/ Opérateur de Leray-Lions/ </w:t>
            </w:r>
          </w:p>
        </w:tc>
      </w:tr>
    </w:tbl>
    <w:p>
      <w:pPr>
        <w:pStyle w:val="Heading3"/>
      </w:pPr>
      <w:r>
        <w:t>Résumé :</w:t>
      </w:r>
    </w:p>
    <w:p>
      <w:r>
        <w:t>L'objectif de cette thèse est de prouver l'existence d'au moins une solution pour un problème non linéaire parabolique unilatéral avec obstacle   de la forme:  est un opérateur de type Leray-Lions qui opère de   dans son dual,   est donnée dans  ,  est un terme non linéaire de la forme  avec  .Ce travail est une généralisation des résultats obtenus par A. KRANE [M] pour  . Il constitue l'essentiel du chapitre 3.  Les chapitres 1 et 2 sont consacrés à des rappels espectivement, sur certaines notions et résultats utiles pour notre travail et sur la méthode de pénalisation.Enfin, le chapitre 4 est consacré à l'étude de l'inégalité de Lewy-Stampacchia pour le cas particulier d'un problème parabolique linéaire avec obstacle, quelques difficultés sont soulignées aussi dans ce chapitre. Nous terminons cette thèse par des perspectives, une conclusion et une bibliographie.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