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 quelques problèmes issus de mathématiques financières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Benchettah; Djaber Chemseddine/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Bibliog ._ Réseme en français englais arabe/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 est l'étude du comportement asymptotique de l'inéquation variationnelle d'évolution issue du problème de l'option américaine dans unmodèle de black-scholes à coefficients constantsmoyennant deux approches différentes, à savoir ( l'approche algorithmique, l'approche sous solutions).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