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suivi de visages en temps réel sur flux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khammari; Mohammed/ Tlili, Yamina/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détection de visage/ segmentation de peau/ filtres de haar like/ lbp/ </w:t>
            </w:r>
          </w:p>
        </w:tc>
      </w:tr>
    </w:tbl>
    <w:p>
      <w:pPr>
        <w:pStyle w:val="Heading3"/>
      </w:pPr>
      <w:r>
        <w:t>Résumé :</w:t>
      </w:r>
    </w:p>
    <w:p>
      <w:r>
        <w:t>A côté des techniques sophistiquées d'identification telles empreintes digitales, empreintes génétiques, examen de l'iris, voix, réseaux capillaires, etc., l'identification la plus basique d'un individu vivant, se fait par reconnaissance faciale après détection de visages. Viola et Jones ont présenté une nouvelle et efficace méthode de détection de visage.La première méthode capable de détecter des visages en temps-réel. Le travail de Viola et Jones rend possible l'utilisation des applications de la détection de visage dans le monde réel tels que appareil photos numérique, mobile, caméra de surveillance,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