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Cycles limites des systèmes différentiels polynomiaux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Diab; Zouhair/ Makhlouf, Amar/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Bibliogr._Résumé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stabilité/ cycle limite/ méthode de moyennisation/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Dans cette thèse, on étudie le nombre maximum de cycles limites du système mécanique provenant de la perturbation du centre linéaire de dimension quatre.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