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technique hybride pour les systèmes de recommandation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Maatallah; Majda/ Seridi, Hassina/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profil utilisateur/ système de recommandation/ filtrage collaboratif/ filtrage basé contenu/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présenté dans ce manuscrit se situe dans le domaine des systèmes de recommandation qui a devenu une méthodologie dominante dans la majorité des applications Web, y compris les sites web de commerce comme Amazon.com, les TVs en ligne …etc, pour suggérer des articles et produits pour les consommateurs qui correspondent à leurs préférences et intérêts. Dans les recherches récentes, la performance des systèmes de recommandation a été limitée à leur capacité à prédire les items non vus par les utilisateurs et de leurs recommander les items avec les évaluations des prédictions les plus élevées.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