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bactéries symbiotiques de la luzerne (medicago ciliarisl.) fixatrices d’azote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Cheriet; Dahbia/ Chekireb, Djamel/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Bibliogr._réséme en français arab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rhizobia/ symbiose/ medicagociliarisL/ fixation biologique d'azote/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 travail a été réalisé afin d'évaluer la diversité phénotypique et symbiotique qui existe au sein d'une collection de trente-sept symbiotes isolés à partir des nodosités de vingt un plants  de Medicagociliaris  issues de la récolte direct du site d'échantillonnage et du piégeage de la commune de Zerizer  ( l'est de l'Algérie) et six souches de référence   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