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Dévoloppement urbain et introduction du concept de ville durable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 _ chikh; nacima/ Rouag, Saffi Din .Djamill/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ville durable en algérie/ mobilité durable à annaba/ développement urbain/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transport urbain aun role dans les atteintes à l'énvironnement et des stratégies remédiassions ont été mise au point pour les les endiquer notamment dans les pays avancés , nous avonns cherché à siteuer la ville d'annaba dans cette problématique le transprt urbain est ici présenté comme analyseur des atteintes environnementes : en ce qu'il qénére comme pollution et comme dimension sur laquelle faut agir pour la réduire (sinon la maitriser totlemment )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