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d'une population de gobe - mouches de l'atlas ficedula speculigera dans la region d'el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Boudeffa; . Khaled/ Benyacoub, Slim/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Gobe-mouches de l'Atla/ , Ficedula speculigera/ </w:t>
            </w:r>
          </w:p>
        </w:tc>
      </w:tr>
    </w:tbl>
    <w:p>
      <w:pPr>
        <w:pStyle w:val="Heading3"/>
      </w:pPr>
      <w:r>
        <w:t>Résumé :</w:t>
      </w:r>
    </w:p>
    <w:p>
      <w:r>
        <w:t>Ce travail a comme principal objectif de comprendre l'écologie d'une population nicheuse de Gobe-mouches de l'Atlas Ficedula speculigera d'une subéraie d'altitude sans sous-bois dans la région d'El Kala. 102 nids ont été étudiés durant trois saisons de reproduction (2010 - 2012).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