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 à l'étude approfondie de Quelques miels produits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Amri; Assia/ Ladjama,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apiculture/ miel/ qualité du miel/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l'étude et le  contrôle  de qualité  physico-chimique et botanique des miels produits  par les apiculteurs Algériens dans différentes régions (onze wilayas) du pays. Soixante douze  échantillons  de miels sont collectés durant les années : 2007, 2008, 2009 et 2010, étudiés  et  comparés aux normes internationales  du fait qu'il n'existe pas de législation propre à l'Algérie qui protège le consommateur contre le marché informel.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