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physico chimique des eaux souterraines dans la région de guelma nord est algérien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Benmarce; Kaddour/ Chouabbi, Abdelmadjid/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eau-roche/ alluvion/ travertin/ numidien, tellien/ sellaoua, néritique/ </w:t>
            </w:r>
          </w:p>
        </w:tc>
      </w:tr>
    </w:tbl>
    <w:p>
      <w:pPr>
        <w:pStyle w:val="Heading3"/>
      </w:pPr>
      <w:r>
        <w:t>Résumé :</w:t>
      </w:r>
    </w:p>
    <w:p>
      <w:r>
        <w:t>La zone d'étude fait partie de la terminaison nord- orientale de la chaine des (maghrébides). elle est constituée géologiquement de trois grands domaines :- le domaine post-nappes, qui comprend les formations récentes (alluvions quaternaires, travertins du bassin de guelma, travertins du bassin d'ain makhlouf et les calcaires lacustres) ;- le domaine allochtone qui comprend les formations charriées (numidiennes, ultra-telliennes et telliennes) ;- le domaine para-utochtone, qui comprend les sellaoua et le néritique.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