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de Biocapteurs Impédimétriques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Meini; Nadir/ Kherrat, Rochdi/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biocapteur Impédimétrique/ conception et réalisation/ </w:t>
            </w:r>
          </w:p>
        </w:tc>
      </w:tr>
    </w:tbl>
    <w:p>
      <w:pPr>
        <w:pStyle w:val="Heading3"/>
      </w:pPr>
      <w:r>
        <w:t>Résumé :</w:t>
      </w:r>
    </w:p>
    <w:p>
      <w:r>
        <w:t>L'objectif du travail de recherche concerne la conception et la réalisation de biocapteurs à basedemesuresmpédimétriques, pour lesquels la demande est forte dans différents domaines d'intérêt sociétal, en particulier l'environnement, la sécurité alimentaire et le biomédical. Les biocapteurs sont des moyens d'analyse en plein essor à la fois rapides, sélectifs et peu coûteux applicables à des domaines extrêmement variés (environnement, santé, agroalimentaire,…). Dans ce type d'outil, un élément sensible de nature biologique (anticorps, enzyme, microorganisme, ADN…) doté d'un pouvoir dereconnaissance pour un analyte ou un groupe d'analytes est associé à un transducteur pouvant être de type électrochimique, optique ou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