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Sur l'existence de solutions non-triviales d'un système d'équations aux dérivées partielles avec l'opérateur </w:t>
        <w:br/>
        <w:br/>
        <w:t>p-Laplacien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Saifia; Ouarda/ Khodja,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de la décomposition/ théorème de non-existence/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En utilisant la méthode de la décomposition (Fibering method) (F.M), on montre l'existence de solutions non-triviales de deux équations de type elliptique avec condition aux limites de type Dirichlet, gouverné par chacune par 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