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systeme maitre esclave par micro-ordinayeur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Hassainia; Saida/ Benmouneh,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pas à pas/ commande numérique/ commande en boucle ouverte/ commande en boucle fermée./ </w:t>
            </w:r>
          </w:p>
        </w:tc>
      </w:tr>
    </w:tbl>
    <w:p>
      <w:pPr>
        <w:pStyle w:val="Heading3"/>
      </w:pPr>
      <w:r>
        <w:t>Résumé :</w:t>
      </w:r>
    </w:p>
    <w:p>
      <w:r>
        <w:t>Plusieurs processus industriels necessite le fet des moteurs en interaction, la robotique en est un l'étude présentée à débouché sur l'élaboration d'un logiciel de commande d'un systéme de deux moteurs pas à pas fetionnant en intéraction dit systéme maitre-exlave.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