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planification de la fiabilite du reseau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Araissia; Abderahmen/ Hadjadj Eoul, Elias/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bibliogr.p.p.121-125. -Résumé en arab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Les Machines Industerielles/ incidence majeure/ maintenabilité des ressources de production./ </w:t>
            </w:r>
          </w:p>
        </w:tc>
      </w:tr>
    </w:tbl>
    <w:p>
      <w:pPr>
        <w:pStyle w:val="Heading3"/>
      </w:pPr>
      <w:r>
        <w:t>Résumé :</w:t>
      </w:r>
    </w:p>
    <w:p>
      <w:r>
        <w:t>La maintenance est un facteur de compétitivité puisqu°elle influe sur l”outil du  production "Les Machines Industerielles" dans l”entreprise, la qualité et le coût de revient. Elle  est détenninante pour accroître Fespéranee de vie de l”outil du production et de ses biens.  La complexité croissante des systèmes de production a une incidence majeure sur la  fonction maintenance. Aussi, assiste-t-on, depuis quelques années, au développement de  méthodes et d°outils visant à Famélioration de la disponibilité, de la fiabilité et de la  maintenabilité des ressources de productions.  Les problèmes relatifs au fonctionnement des réseaux électriques sont nombreux et variés tant  par leur importance que par leur diversité. Les marges, dont on disposait autrefois, semblent  disparaître, laissant parfois place à des situations qui seraient inacceptables pour l'exploitation des  réseaux si des dispositions appropriées n`étaient pas mises en œuvre.  Le problème, auquel nous sommes toujours confronté est celui de la répartition tant des  puissances actives que réactives.  Initialement, la méthode utilisée consistait à faire produire à leur maximum les unités  productrices les plus efficaces. Cette solution n'est pas rentable car l'abus de fonctionnement des  machines diminue leur durée de vie, et par voie de conséquence augmente considérablement  les frais d'entretien et de maintenance.  Cette évaluation , liée au perfectionnement et à Paccroissement des possibilités des  ordinateurs , a permis d'élaborer plusieurs nouvelles méthodes permettant de répartir d'une  manière optimale les puissances active et réactive  Pour garantir une conduite économique et ?able des réseaux qui se présentent  généralement sous fonne complexe, plusieurs contraintes doivent être prises en considération telle  que les transits de courant, des tensions, puissances active transmissible et réactive nécessaire.  Le but de notre travail est de mettre en oeuvre plusieurs méthodes de résolution de la  répartition optimale des puissances active et réactive nous permettant de cerner le probleme avec  plus d'intérêt et de faire une comparaison entre ces dernières.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