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Mise en place d'un systeme de gestion des documents au niveau des services de maintenance du mre atc mittal steel 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Moumeni; Chaouki/ Université Badji Mokhtar/ Hadjadj, A/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flux d'information/ méthode merise/ l'unité atc/ </w:t>
            </w:r>
          </w:p>
        </w:tc>
      </w:tr>
    </w:tbl>
    <w:p>
      <w:pPr>
        <w:pStyle w:val="Heading3"/>
      </w:pPr>
      <w:r>
        <w:t>Résumé :</w:t>
      </w:r>
    </w:p>
    <w:p>
      <w:r>
        <w:t>Les flux d'information dans le service de maintenance sont très nombreux et leur gestion demande un temps très important pour les gérer, notamment si cette gestion est manuelle. l'informatisation d'un processus consiste à remplacer une méthode de travail traditionnel par un ou plusieurs programmes informatiques. la gmao (gestion de la maintenance assisté par ordinateur) est l'outil qui va permettre de diminuer le temps de traitement des informations, et va donc être indispensable dans un service bien organisé.  le travail qui nous avons réalisé au sein de l'unité atcx, consiste à la conception et réalisation d'un système de gestion de la maintenance assistée par ordinateur, qui automatise la procédure de traitement des documents pour la réparation des moteurs.  toue en utilisant la méthode merise qui sert à la modélisation des données et des traitements, avant de réaliser ce projet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