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 amilioration de l efficacite energetique des pompes centrifuges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Merzoug; Hocine/ Université Badji Mokhtar/ Benretem, A/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modélisation/ moteur asynchrone/ simulation/ efficacité énergétique/ entraînement à vitesse variable/ onduleur de tension/ pompe centrifuge/ </w:t>
            </w:r>
          </w:p>
        </w:tc>
      </w:tr>
    </w:tbl>
    <w:p>
      <w:pPr>
        <w:pStyle w:val="Heading3"/>
      </w:pPr>
      <w:r>
        <w:t>Résumé :</w:t>
      </w:r>
    </w:p>
    <w:p>
      <w:r>
        <w:t>Les systèmes moteurs consomment plus de 75 % de l'électricité d'une usine. les moteurs font fonctionner tous les types d'équipement de transformation et ont un effet direct sur la productivité d'une installation et la qualité du produit.</w:t>
        <w:br/>
        <w:br/>
        <w:t xml:space="preserve">un rendement énergétique accru permettra de diminuer les frais d'exploitation de l'usine et d'en augmenter la productivité. les systèmes moteur comprennent un certain nombre de composant : les ventilateurs, les pompes et des compresseurs qui répond au exigences particulières en matière de productivité et se révèle nécessaires pour la maintenir à un niveau élevé. </w:t>
        <w:br/>
        <w:br/>
        <w:t xml:space="preserve">      les pompes centrifuges sont largement utilisées en raison de leur fonctionnement relativement simple et de leur prix abordable. elles constituent la possibilité d'amélioration du rendement la plus importante. elles ne peuvent atteindre leur efficacité maximale qu'à une pression et un débit donné.   l'efficacité énergétique de système de pompes dépend de certains facteurs : la configuration des pompes  la méthode de contrôle  les conditions d'entrée et de sortie  l'adaptation des pompes aux exigences du système ; le rendement des pompes et  </w:t>
        <w:tab/>
        <w:t>la séquence de fonctionnement dans le système à pompes multiples.    l'approche proposée permet d'adapter avec précision et efficacité de rendement du système aux exigences du procédé industriel. l'entraînement à vitesse variable est l'une des meilleurs et efficaces techniques étudiées pour arriver à cet objectif. l'apparition de cette technique ne vient qu'après l'évolution obtenue dans le domaine de l'électronique de puissance et exactement au niveau des convertisseurs statiques ainsi que les grands efforts réalisés par les chercheurs dans le domaine de la commande électrique.  ce travail proposé est le résultat d'une étude approfondie sur l'efficacité de cette nouvelle technique appliquée pour les pompes centrifuges</w:t>
        <w:br/>
        <w:br/>
        <w: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