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Simulation et analyse du comportement d'un reseau electrique triphase lors d'un court circuit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Gahgah; Mounir/ Haddouche, Ali/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numérique/ etude analytique/ court circuit/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l'étude analytique approfondie et la simulation numérique du problème de court circuit ainsi que le comportement du réseau électrique lors de la naissance de ce phénomène.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