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Repartition optimale des moyens de compensation réactive dans les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Hamoudi; Moncef/ Zapatrine 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réseau électrique/ réglage de la tension/ puissance réactive/ Réseau  Est  Algérien/ </w:t>
            </w:r>
          </w:p>
        </w:tc>
      </w:tr>
    </w:tbl>
    <w:p>
      <w:pPr>
        <w:pStyle w:val="Heading3"/>
      </w:pPr>
      <w:r>
        <w:t>Résumé :</w:t>
      </w:r>
    </w:p>
    <w:p>
      <w:r>
        <w:t>dans ce travail , position de la puissance réactive dans le réseau électrique, a permis de rappeler , la généralisation de la puissance réactive ainsi que les differents moyens de réglage de la tension  par puissance réactive, afin de résoudre un problème concrêt se posant dans le réseau 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