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 optimal d'élaboration d'un réseau électrique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Mesbah,Tarek/ Bounaya  K/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installation de la source/ algoriythme/ determination des coordonées/ </w:t>
            </w:r>
          </w:p>
        </w:tc>
      </w:tr>
    </w:tbl>
    <w:p>
      <w:pPr>
        <w:pStyle w:val="Heading3"/>
      </w:pPr>
      <w:r>
        <w:t>Résumé :</w:t>
      </w:r>
    </w:p>
    <w:p>
      <w:r>
        <w:t>la procédure proposée de détermination du lieu optimal (rationnel) de l'installation de la source d'alimentation basée sur la recherche du minimum des dépenses réduites  permet des résultats plus représentatifs. Il est proposé à cet effet un  algorithme de détermination des coordonnées optimales du lieu de la sources. Il est établi également une abaque de détermination des lieux de la source en fonction des dépenses réduites.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