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produit pharmaceutique, médicament générique à usage 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Ouazouaz; Meryem/ Universite Badji Mokhter/ Henchiri, Chérifa/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médicinales/ diabète expérimental/ glimépiride générique/ amarel/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essayé d'évaluer l'efficaite thérapeutique d'un médicament générique du glimépiride .par rapporte au princeps l'amarel , ainis que l'effet anitidibétique d'une combinaison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