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contamination par les hydrocarbures  des sédiments superficiels ( fluviaux et marins ) de la région de skikda (nord -est algérien ).analyse statistiques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Rouidi; Sonia/ Universite Badji Mokhter/ Tahar,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hydrocarbures/ sédiments superficiels/ oued saf-saf/ baie de skikda/ est algérien/ méditerranée./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traite de la contamination par les hydrocarbures, des sédimentssuperficiels de différentes stations réparties sur deux sites : la baie de Skikda (située enMéditerranée) et l’oued Saf-Saf (dans sa partie aval) qui se jette dans cette baie. Cettecontamination a été étudiée des points de vue répartition géographique, origine et nature deshydrocarbures extraits.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