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Elimintion de perturbateurs endocriniens , produits pharmaceutiques et colorants en milieu aqueux par une technique d''extraction  avancée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Dassa; Attref/ Hamdaoui, Oualid/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colorants anioniques, perturbateurs endocriniens, anti-inflammatoires/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d'optimiser la préparation des émulsions E/H et de les utiliser pourla séparation des colorants anioniques, des perturbateurs endocriniens (PEs) et des antiinflammatoiresnon stéroïdiens (AINSs), présents à faibles concentrations dans des solutionsaqueuses, par la technique d'extraction par membrane liquide émulsionnée (MLE).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