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L'estimation bayesienne en fiabilite en presence de donnees  censurees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Talhi, Hamida/ Universite Badji Mokhter/ Chadli,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Dociorat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bayesienne/ donnees  censurees/ </w:t>
            </w:r>
          </w:p>
        </w:tc>
      </w:tr>
    </w:tbl>
    <w:p>
      <w:pPr>
        <w:pStyle w:val="Heading3"/>
      </w:pPr>
      <w:r>
        <w:t>Résumé :</w:t>
      </w:r>
    </w:p>
    <w:p>
      <w:r>
        <w:t>Cette these  est d2diee à l' étude l'estimation des caracterisiques de fiabilité et la prédiction de statistiques d'ordrs des modéles d'onalyes de survie.les modéles auquels .an s'est intéréssés sont les modéles de weibull.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