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Existence et unicité des solutions des équations des équations différentielles stochastiques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Berkane; Sahari Yamina/ Rebbani, F/ Universte Badji Mokhter/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95 f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équations différentielles stochastiques/ solutions des équations/ </w:t>
            </w:r>
          </w:p>
        </w:tc>
      </w:tr>
    </w:tbl>
    <w:p>
      <w:pPr>
        <w:pStyle w:val="Heading3"/>
      </w:pPr>
      <w:r>
        <w:t>Résumé :</w:t>
      </w:r>
    </w:p>
    <w:p>
      <w:r>
        <w:t>le sujet ce travail est l'étude d'existence et de l'unicte des solution d'une équation différentielle stocvhastique avec des applictions la finance spécialement la bourse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