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 asymptotique des polynomes s au cercle  ou au contour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Laskri; Yamina/ Benzine, Rachid/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bibliogr_ résumés en fransais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mportementasymptotique de polynome/ lp extremaux associe/ </w:t>
            </w:r>
          </w:p>
        </w:tc>
      </w:tr>
    </w:tbl>
    <w:p>
      <w:pPr>
        <w:pStyle w:val="Heading3"/>
      </w:pPr>
      <w:r>
        <w:t>Résumé :</w:t>
      </w:r>
    </w:p>
    <w:p>
      <w:r>
        <w:t>L'objet de cette thése est d'apportes une contribution à l'etude du comportementasymptotique des polynomes lp extrémaux (0&lt;P&lt;8)notés tnpa associés à une mesure du type a=b+r concentreé sur un ensemble f=eu (zk)k=1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