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Approximation par  eléments finis d'une casse de problémes à frontiére libre et méthodes multigrilles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Thèses / mémoires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Haiour; Mohamed/ Univresite_Badj Mokhtar/ Boulbra, Mohamed/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123 f.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fig.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Diplôme</w:t>
            </w:r>
          </w:p>
        </w:tc>
        <w:tc>
          <w:tcPr>
            <w:tcW w:type="dxa" w:w="7000"/>
          </w:tcPr>
          <w:p>
            <w:r>
              <w:t>Doctorat d'etat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Etablissement</w:t>
            </w:r>
          </w:p>
        </w:tc>
        <w:tc>
          <w:tcPr>
            <w:tcW w:type="dxa" w:w="7000"/>
          </w:tcPr>
          <w:p>
            <w:r>
              <w:t>Annabe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Année de Soutenance</w:t>
            </w:r>
          </w:p>
        </w:tc>
        <w:tc>
          <w:tcPr>
            <w:tcW w:type="dxa" w:w="7000"/>
          </w:tcPr>
          <w:p>
            <w:r>
              <w:t>2004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problème à frontière libre/ méthodes multigrille/ </w:t>
            </w:r>
          </w:p>
        </w:tc>
      </w:tr>
    </w:tbl>
    <w:p>
      <w:pPr>
        <w:pStyle w:val="Heading3"/>
      </w:pPr>
      <w:r>
        <w:t>Résumé :</w:t>
      </w:r>
    </w:p>
    <w:p>
      <w:r>
        <w:t>La thése comprend deux parties .la premiére partie concerne l'aproximation par éléments finis d'une classe de systémes d'inéquations quasi -varitionnelles (iqv) .la deuxiéme partie concerne l'étude de lab convergence des méthodes multigrilles pour le probléme de l' obstacle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