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théorème de poincare-Bendixson aux modeles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Hadidi; El- Bahi/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poincare-bendixson/ modeles biologique/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mémoire est l'étude du théoréme de poinncaré_ bendixson et ses diveres aoolications.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