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asymptotique des polynomes orthonormes associes aune mesure concentree sur le cercle unite plus une partie discrete finie et infinie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Hadji, Ghania/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polynomes orthonormes associes/ le cercle unite/ partie discrete finie et infinie/ </w:t>
            </w:r>
          </w:p>
        </w:tc>
      </w:tr>
    </w:tbl>
    <w:p>
      <w:pPr>
        <w:pStyle w:val="Heading3"/>
      </w:pPr>
      <w:r>
        <w:t>Résumé :</w:t>
      </w:r>
    </w:p>
    <w:p>
      <w:r>
        <w:t>Soit a une mesure positive  finie et nomdiscréte sur la tribu borélienne de c.si f est le support de a et si les moments de la mesure a existent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