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L'approche hJb en controle optimal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Hannache; Amel/ Sissaoui,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optimal control/ hamilton-jacobi-bellman equation/ viscosity/ direct method/ indirect method./ </w:t>
            </w:r>
          </w:p>
        </w:tc>
      </w:tr>
    </w:tbl>
    <w:p>
      <w:pPr>
        <w:pStyle w:val="Heading3"/>
      </w:pPr>
      <w:r>
        <w:t>Résumé :</w:t>
      </w:r>
    </w:p>
    <w:p>
      <w:r>
        <w:t>L'etude de l'approche de l'approche utilisant  l'équation d'hamilton _ jacobi _bellmam (hjb) , pour la résolution analytique et numérique de quelques problémes de commande optimale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