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d'approximation spectrale de galerkin -legendre pour un probléme de commande optimale elliptique  anlyse numrique et estimation d'erreur a posteriori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Ghanem; Radouen/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_résumé  en 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d'approximation spectrale de galerkin -legendre/ umrique et estimation d'erreur a posteriori./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on donne les estimation de l'errur  a posteri par résidu pour l'ap -proximation par la méthode de galerkin _ lengrendre d'un problémme de commande optimale elliique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