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Application du calcul stochastique a l'évaluation et couverture d'options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Ezzebsa; Abdelali/ Remita, M.R./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bibliogr.résumé en arabe français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couverture d'options/ calcul stochastique a l'évaluation/ </w:t>
            </w:r>
          </w:p>
        </w:tc>
      </w:tr>
    </w:tbl>
    <w:p>
      <w:pPr>
        <w:pStyle w:val="Heading3"/>
      </w:pPr>
      <w:r>
        <w:t>Résumé :</w:t>
      </w:r>
    </w:p>
    <w:p>
      <w:r>
        <w:t>Dans ce mémoir nous allons étudir lesporblémes de l'évalutionet la couveture des options européennes et amércines ,sous l'hypothées dumarché complet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