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l'equation de mathieu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Chemlal; Rezki/ Makhlouf,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bibliogr.f.f.120..122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l'equation de mathieu/ </w:t>
            </w:r>
          </w:p>
        </w:tc>
      </w:tr>
    </w:tbl>
    <w:p>
      <w:pPr>
        <w:pStyle w:val="Heading3"/>
      </w:pPr>
      <w:r>
        <w:t>Résumé :</w:t>
      </w:r>
    </w:p>
    <w:p>
      <w:r>
        <w:t>Le mémoir concerne l'étude des solutions de l'équation de mathieu c'est à propos du probléme de la vibration d'une membrane plane elliptique qu'en 1868 mathien fut conduit à léquation qui porte son nom.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