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d'une approximation spectrale basee sur les polynomes de chebyshev pour la resolution du probleme de stokes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Maouni; Messaoud/ Nouri, F.Z/ </w:t>
            </w:r>
          </w:p>
        </w:tc>
      </w:tr>
      <w:tr>
        <w:trPr>
          <w:trHeight w:val="567"/>
        </w:trPr>
        <w:tc>
          <w:tcPr>
            <w:tcW w:type="dxa" w:w="3000"/>
          </w:tcPr>
          <w:p>
            <w:r>
              <w:t>Nombre de Pages</w:t>
            </w:r>
          </w:p>
        </w:tc>
        <w:tc>
          <w:tcPr>
            <w:tcW w:type="dxa" w:w="7000"/>
          </w:tcPr>
          <w:p>
            <w:r>
              <w:t>72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problème de stoke/ polynomes de chebyshev/ approximation spectrale basee/ </w:t>
            </w:r>
          </w:p>
        </w:tc>
      </w:tr>
    </w:tbl>
    <w:p>
      <w:pPr>
        <w:pStyle w:val="Heading3"/>
      </w:pPr>
      <w:r>
        <w:t>Résumé :</w:t>
      </w:r>
    </w:p>
    <w:p>
      <w:r>
        <w:t>Notre travail consiste à faire une étude détaillée d'une méthode spectrale basée sur les polynomes de chebyshev pour la résolution du probléme de stokes .cette étude aété faite via des outils sur les espaces de sobolev avec poids et les théorémes de trace liés ,et déveleloppés par bernardi et maday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