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Models to evaluate schemes for an early detection of breast cancer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Ouinten; Youcef/ University of southampton/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engleterre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evaluate scheme/ detection of breast cancer/ </w:t>
            </w:r>
          </w:p>
        </w:tc>
      </w:tr>
    </w:tbl>
    <w:p>
      <w:pPr>
        <w:pStyle w:val="Heading3"/>
      </w:pPr>
      <w:r>
        <w:t>Résumé :</w:t>
      </w:r>
    </w:p>
    <w:p>
      <w:r>
        <w:t>The model is implemented on on ibm _pc computer .the program offers an interactive and user _friendly environment so that differerent schemes can be tried easily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