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l'estimation d'erreur a- posteriori dans la méthode des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Negaf; Nadia/ Chibi, A.S./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des éléments fin/ l'estimation d'erreu/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 on s'intéresse à rassemblerv les qrandes idées développées durant à rassembler les grandes idées déveolppées durant les 20derniées années appliquees à un probléme aux limites d'ordre deux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