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avec pivot d'un réseau de files d'attente a lois d'arrivée et de départ non exponentielles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Oumehdi; Baya/ Université Houari Boumediene/ Pellaumail,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départ non exponentielle/ éseau de files d'attente/ </w:t>
            </w:r>
          </w:p>
        </w:tc>
      </w:tr>
    </w:tbl>
    <w:p>
      <w:pPr>
        <w:pStyle w:val="Heading3"/>
      </w:pPr>
      <w:r>
        <w:t>Résumé :</w:t>
      </w:r>
    </w:p>
    <w:p>
      <w:r>
        <w:t>On s'intéresse au  calcul de la probbilité en rgime stationnaire de réssaux de files d'attente .on se place dans les conditions du théoréme ergodique ,ce quib assure l'existence et l'unicité à une constante multiplicative prés , de la probabilité stationnaire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