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etude numerique des methodes d'optimisation sans contraintes pour les problèmes de grande taille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mekiyne ould mohamed babou; Taib/ Benzine,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de grande taille/ methodes d'optimisation/ </w:t>
            </w:r>
          </w:p>
        </w:tc>
      </w:tr>
    </w:tbl>
    <w:p>
      <w:pPr>
        <w:pStyle w:val="Heading3"/>
      </w:pPr>
      <w:r>
        <w:t>Résumé :</w:t>
      </w:r>
    </w:p>
    <w:p>
      <w:r>
        <w:t>On établit une synthése de quelques méthodes appartenant aux classes (c) et (a) améliorées (méthode  de la troncature de newton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