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L'epsilon steepest algorithme etude numerique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Oueld mohamed; Sidi mohamed/ Benzine, 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 résumé en arabe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Etude numérique/ hebhoub/ </w:t>
            </w:r>
          </w:p>
        </w:tc>
      </w:tr>
    </w:tbl>
    <w:p>
      <w:pPr>
        <w:pStyle w:val="Heading3"/>
      </w:pPr>
      <w:r>
        <w:t>Résumé :</w:t>
      </w:r>
    </w:p>
    <w:p>
      <w:r>
        <w:t>En effet dans hebhoub a établi dans une premiére partie une synthése des méthodes dites quasi _newtonuiennes qui résolvent le probléme (P),et dans une deuxiéme pzrtie ,a introduit une méthode nouvelle dite  l'epsilon steepest descent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