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la méthode de la moyenne pour la recherche des cycles limites des systemes polynomiaux perturbés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Ouanas; Nawel/ Makhlouf,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 de liénard/ Cyele limite/ méthode de la moyenne/ système quadratique/ bifurcation./ </w:t>
            </w:r>
          </w:p>
        </w:tc>
      </w:tr>
    </w:tbl>
    <w:p>
      <w:pPr>
        <w:pStyle w:val="Heading3"/>
      </w:pPr>
      <w:r>
        <w:t>Résumé :</w:t>
      </w:r>
    </w:p>
    <w:p>
      <w:r>
        <w:t>On étudie les cycles limites d'une bifurcation de hopf , d'un centre linéaire et d'un centre  quadratique dans le cadre du systéme de bautin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