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 le comportement asymptotique de polynomes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Rehouma; Abdel Hamid/ Benzine,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asymptotique/ polynômes orthogonaux/ </w:t>
            </w:r>
          </w:p>
        </w:tc>
      </w:tr>
    </w:tbl>
    <w:p>
      <w:pPr>
        <w:pStyle w:val="Heading3"/>
      </w:pPr>
      <w:r>
        <w:t>Résumé :</w:t>
      </w:r>
    </w:p>
    <w:p>
      <w:r>
        <w:t>Elle etablit une étude bibliographique poussée du probléme du comportement asymptotique des polynomes orthogonouxdepuis 1920 jusqu'a 1989 la secondeil se comose du chopitr 5 qui foit l'objet de la contribution modeste de ce mémoire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