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de tournees de distribution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Mehbali; Mohamed/ Université Houari Boumediene/ Naddef,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tournees de distribution/ </w:t>
            </w:r>
          </w:p>
        </w:tc>
      </w:tr>
    </w:tbl>
    <w:p>
      <w:pPr>
        <w:pStyle w:val="Heading3"/>
      </w:pPr>
      <w:r>
        <w:t>Résumé :</w:t>
      </w:r>
    </w:p>
    <w:p>
      <w:r>
        <w:t>Ce probléme d'optimisation combinatoire est connu sous le nom de "probléme de tournées de distribution " .nous en étudions plusieurs approches intéressantes pour sa résolution , ainsi que pour celle d'autres cas du mém type.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