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de linearite dans un modele de regression non parametrique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Messaadia; Hamouda/ Mohdeb,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modele de regression/ parametrique/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consiste à construire un test d'hypothése sur la fonction de réqression g.plus présisement , il s'agit de tester l'hypotmulle H0;g appartient à un espace vectoriel Ud engendré par les fonction f1,f2,....fa linéairement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