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integral equation approach to continuous system identification and  model reduction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Messali; Nouari/ Université de Loughborough/ Whitfield, A.H/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Loughborough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 identification/ model reduction/ </w:t>
            </w:r>
          </w:p>
        </w:tc>
      </w:tr>
    </w:tbl>
    <w:p>
      <w:pPr>
        <w:pStyle w:val="Heading3"/>
      </w:pPr>
      <w:r>
        <w:t>Résumé :</w:t>
      </w:r>
    </w:p>
    <w:p>
      <w:r>
        <w:t>An integral equation description systems is developed and uesd as the basis for the development of various system identification .model reduction and order determination methods.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