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Trou spectral pour un systéme désodonné de gaz coloré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Zeghdoudi; Halim/ Boutabia, Hacène/ Universite Badji -Mokhtar/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Trou spectral/ désodonné de gaz coloré/ </w:t>
            </w:r>
          </w:p>
        </w:tc>
      </w:tr>
    </w:tbl>
    <w:p>
      <w:pPr>
        <w:pStyle w:val="Heading3"/>
      </w:pPr>
      <w:r>
        <w:t>Résumé :</w:t>
      </w:r>
    </w:p>
    <w:p>
      <w:r>
        <w:t>Nous nous proposons .dans cette these , de donner la forme processus dexclusion simple pour un systéme désordonné de gaz colorez qui  joue un role important dans l'étude limite hydroynamique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