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tests sequentiels et leur application en medecine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Zeghdoudi; Halim/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Letest sequentiel/ medecine/ </w:t>
            </w:r>
          </w:p>
        </w:tc>
      </w:tr>
    </w:tbl>
    <w:p>
      <w:pPr>
        <w:pStyle w:val="Heading3"/>
      </w:pPr>
      <w:r>
        <w:t>Résumé :</w:t>
      </w:r>
    </w:p>
    <w:p>
      <w:r>
        <w:t>A propos de ce mémoire , nous etudions les tests séquentels et leur application en médecine , apécialement en essais thérapeutiques avec quelques applications numérques et remarques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