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d' un systeme de convection double- diffusive en milieu poreux.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Nysse; Khadija/ Chibi, A.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Stabilte/ solution  periodique/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on montre l' existence de solutins stationnaires périodiques en espace, pour un systéme d' équations aux dérivées partielles non linéaires, en convention double-diffusive, dans une bande de R 2 . Ce système modélise l' état d' évolution d' un fluide dans une couche poreuse saturée ( infiniment étendue ), soumise à des differences de température et de concentration entre le haut et le bas. On a montré l' éxistence de ces états d' équilibre en réduisant le problème de depart. Une partie du travail est consacré , à montrer qu' on est dans les conditions d' applications de cette méthode. Dans l' autre partie, l' analyse des symétries du problème, nous a conduit à déterminer une équation réduite plus simple, dont les solutions correspondent aux états stationnaires de notre système.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