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theorique de l'ecoulement et du transfert de chaleur a traveres une conduite en rotation dans un milieu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Soukeur; Mohamed Mokhtar/ Houari Boumediene/ Chopra, G/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conduite en rotation dans un milieu poreux/ transfert de chaleur a traver/ </w:t>
            </w:r>
          </w:p>
        </w:tc>
      </w:tr>
    </w:tbl>
    <w:p>
      <w:pPr>
        <w:pStyle w:val="Heading3"/>
      </w:pPr>
      <w:r>
        <w:t>Résumé :</w:t>
      </w:r>
    </w:p>
    <w:p>
      <w:r>
        <w:t>Notre  travail consiste à etudier l'écoulement et le  transfert de chaleur  dans un milieu poreux en consiste à etudier l'écoulement et le transfert de chaleur dans un milieu poreux en considérant le type d'éqution de la couche limite basée sur le modéle de brinkmann au lieu lieu de l'écoulement de type potentiel régl par la loi de daroy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