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polynomes orthogonaux et les processus stochastiques de naissance et de mort.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Zerouki; Ebtissem/ Univérsite De Annaba/ Nouri,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polynome/ processu stochastique/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consacrév à l'étude de la relation qui existe entre les polynémes orthogonaux et les proxcessus de naissance et de mort .ces processus stochastiques soont utilisés dans plusieurs domaines , notamment la bilologie 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