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intégrales pour le problème de stokes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Taleb; Ahmed/ Univérsite De Annaba/ Lubuma, M.S/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95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bibluiogr.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de stoke/ Equations intégrale/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 travail est de ramener la résolution de (0.1) ,(0.2) ,(0.3) ou '0.4) à celle d'équation intégrales adjointes de seconde espéce de 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